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Lampiran Riset: Pengaruh Kualitas Layanan terhadap Kepuasan Pengguna E-Wallet di Kalangan Mahasiswa</w:t>
      </w:r>
    </w:p>
    <w:p>
      <w:r>
        <w:t>Paket reproduksi ResearchOps. Veredik: belum_ada_celah_jelas. Verifikasi: PLS-PM vs CB-SEM ML: 3 jalur, semua searah, selisih maks 0.079434. Kriteria: {"selisih_maks": 0.2, "selisih_rel": 0.25, "arah": "tanda koefisien harus sama", "catatan": "kriteria dibuka, tidak disesuaikan agar hasil terlihat bagus"}. Angka dihitung deterministik (plspm + semopy).</w:t>
      </w:r>
    </w:p>
    <w:p>
      <w:pPr>
        <w:pStyle w:val="Heading2"/>
      </w:pPr>
      <w:r>
        <w:t>1. Sertifikat Kebaruan</w:t>
      </w:r>
    </w:p>
    <w:p>
      <w:r>
        <w:t>1309 karya relevan sudah ada. Riset ini BERISIKO duplikasi; sarankan memperluas variabel/konteks sebelum lanjut. (veredik deterministik tanpa LLM — minta analisis LLM untuk narasi detail)</w:t>
      </w:r>
    </w:p>
    <w:p>
      <w:r>
        <w:t>Jumlah literatur: 1309</w:t>
      </w:r>
    </w:p>
    <w:p>
      <w:pPr>
        <w:pStyle w:val="Heading2"/>
      </w:pPr>
      <w:r>
        <w:t>2. Model Struktural</w:t>
      </w:r>
    </w:p>
    <w:tbl>
      <w:tblPr>
        <w:tblStyle w:val="LightGrid"/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Koefisien jalur</w:t>
            </w:r>
          </w:p>
        </w:tc>
        <w:tc>
          <w:tcPr>
            <w:tcW w:type="dxa" w:w="4320"/>
          </w:tcPr>
          <w:p>
            <w:r>
              <w:t>Nilai</w:t>
            </w:r>
          </w:p>
        </w:tc>
      </w:tr>
      <w:tr>
        <w:tc>
          <w:tcPr>
            <w:tcW w:type="dxa" w:w="4320"/>
          </w:tcPr>
          <w:p>
            <w:r>
              <w:t>Kualitas-&gt;Loyalitas</w:t>
            </w:r>
          </w:p>
        </w:tc>
        <w:tc>
          <w:tcPr>
            <w:tcW w:type="dxa" w:w="4320"/>
          </w:tcPr>
          <w:p>
            <w:r>
              <w:t>0,0524</w:t>
            </w:r>
          </w:p>
        </w:tc>
      </w:tr>
      <w:tr>
        <w:tc>
          <w:tcPr>
            <w:tcW w:type="dxa" w:w="4320"/>
          </w:tcPr>
          <w:p>
            <w:r>
              <w:t>Kepercayaan-&gt;Loyalitas</w:t>
            </w:r>
          </w:p>
        </w:tc>
        <w:tc>
          <w:tcPr>
            <w:tcW w:type="dxa" w:w="4320"/>
          </w:tcPr>
          <w:p>
            <w:r>
              <w:t>0,1955</w:t>
            </w:r>
          </w:p>
        </w:tc>
      </w:tr>
      <w:tr>
        <w:tc>
          <w:tcPr>
            <w:tcW w:type="dxa" w:w="4320"/>
          </w:tcPr>
          <w:p>
            <w:r>
              <w:t>Kepuasan-&gt;Loyalitas</w:t>
            </w:r>
          </w:p>
        </w:tc>
        <w:tc>
          <w:tcPr>
            <w:tcW w:type="dxa" w:w="4320"/>
          </w:tcPr>
          <w:p>
            <w:r>
              <w:t>0,4460</w:t>
            </w:r>
          </w:p>
        </w:tc>
      </w:tr>
    </w:tbl>
    <w:p>
      <w:r>
        <w:t>R-kuadrat: Kualitas = 0,0000, Kepercayaan = 0,0000, Kepuasan = 0,0000, Loyalitas = 0,3043</w:t>
      </w:r>
    </w:p>
    <w:p>
      <w:pPr>
        <w:pStyle w:val="Heading2"/>
      </w:pPr>
      <w:r>
        <w:t>3. Kualitas Model</w:t>
      </w:r>
    </w:p>
    <w:p>
      <w:r>
        <w:t>HTMT (&lt;0,85 baik): Kualitas&lt;-&gt;Kepercayaan=0,053, Kualitas&lt;-&gt;Kepuasan=0,307, Kualitas&lt;-&gt;Loyalitas=0,174, Kepercayaan&lt;-&gt;Kepuasan=0,345, Kepercayaan&lt;-&gt;Loyalitas=0,381, Kepuasan&lt;-&gt;Loyalitas=0,591</w:t>
      </w:r>
    </w:p>
    <w:p>
      <w:r>
        <w:t>f-kuadrat (Cohen 0,02/0,15/0,35): Kualitas=0,004, Kepercayaan=0,050, Kepuasan=0,241</w:t>
      </w:r>
    </w:p>
    <w:p>
      <w:pPr>
        <w:pStyle w:val="Heading2"/>
      </w:pPr>
      <w:r>
        <w:t>4. Literatur</w:t>
      </w:r>
    </w:p>
    <w:p>
      <w:pPr>
        <w:pStyle w:val="ListNumber"/>
      </w:pPr>
      <w:r>
        <w:t>E-Service Quality, E-Wallet Dan Kepercayaan Terhadap Minat Beli Pada Pengguna Pembayaran Non Tunai Aplikasi Shopee (2023, disitasi 25). Jurnal Ilmiah Manajemen Kesatuan https://doi.org/10.37641/jimkes.v11i2.1997</w:t>
      </w:r>
    </w:p>
    <w:p>
      <w:pPr>
        <w:pStyle w:val="ListNumber"/>
      </w:pPr>
      <w:r>
        <w:t>Pengaruh Kemudahan Penggunaan, Kemanfaatan, Risiko, dan Kepercayaan terhadap Minat Menggunakan E-wallet pada Generasi Milenial Kota Semarang (2020, disitasi 59). Journal of Economic Education and Entrepreneurship https://doi.org/10.31331/jeee.v1i2.1293</w:t>
      </w:r>
    </w:p>
    <w:p>
      <w:pPr>
        <w:pStyle w:val="ListNumber"/>
      </w:pPr>
      <w:r>
        <w:t>Pengaruh Fintech e-wallet Terhadap Perilaku Konsumtif Pada Generasi Millennial (2020, disitasi 27). Inovbiz Jurnal Inovasi Bisnis https://doi.org/10.35314/inovbiz.v8i2.1513</w:t>
      </w:r>
    </w:p>
    <w:p>
      <w:pPr>
        <w:pStyle w:val="ListNumber"/>
      </w:pPr>
      <w:r>
        <w:t>PENGARUH PROMOSI, PERSEPSI KEMUDAHAN DAN PERSEPSI MANFAAT TERHADAP MINAT PENGGUNAAN E-WALLET DENGAN KEPERCAYAAN SEBAGAI VARIABEL MEDIASI PADA PENGGUNA E-WALLET DI KOTA BANJARMASIN (2021, disitasi 19). KINDAI https://doi.org/10.35972/kindai.v17i3.631</w:t>
      </w:r>
    </w:p>
    <w:p>
      <w:pPr>
        <w:pStyle w:val="ListNumber"/>
      </w:pPr>
      <w:r>
        <w:t>EFEKTIFITAS PENGGUNAAN E-WALLET DIKALANGAN MAHASISWA DALAM PROSES MENENTUKAN KEPUTUSAN PEMBELIAN (2021, disitasi 27). JEMMA (Journal of Economic Management and Accounting) https://doi.org/10.35914/jemma.v4i2.725</w:t>
      </w:r>
    </w:p>
    <w:p>
      <w:pPr>
        <w:pStyle w:val="ListNumber"/>
      </w:pPr>
      <w:r>
        <w:t>PENGARUH PERSEPSI KEMUDAHAN, KUALITAS LAYANAN, DAN RISIKO KEAMANAN TERHADAP KEPUTUSAN PENGGUNAAN E-WALLET DALAM TRANSAKSI KEUANGAN (2023, disitasi 4). E-Jurnal Ekonomi dan Bisnis Universitas Udayana https://doi.org/10.24843/eeb.2023.v12.i03.p05</w:t>
      </w:r>
    </w:p>
    <w:p>
      <w:pPr>
        <w:pStyle w:val="ListNumber"/>
      </w:pPr>
      <w:r>
        <w:t>Analisis Cluster Kepuasan Pengguna Terhadap Layanan Shopee Menggunakan Algoritma K-Means (2021, disitasi 3). Informatik Jurnal Ilmu Komputer https://doi.org/10.52958/iftk.v17i3.3654</w:t>
      </w:r>
    </w:p>
    <w:p>
      <w:pPr>
        <w:pStyle w:val="ListNumber"/>
      </w:pPr>
      <w:r>
        <w:t>Peran Moderasi Motivasi Hedonis pada Pengaruh Promosi Penjualan terhadap Niat Penggunaan Ulang Layanan Dompet Elektronik di Kalangan Milenial (2021, disitasi 9). Jurnal Ilmu Manajemen https://doi.org/10.26740/jim.v9n1.p57-67</w:t>
      </w:r>
    </w:p>
    <w:p>
      <w:pPr>
        <w:pStyle w:val="ListNumber"/>
      </w:pPr>
      <w:r>
        <w:t>Persepsi citra merek dan komunikasi interpersonal sebagai prediktor kepuasan konsumen: Studi pada mahasiswa pengguna e-Wallet OVO (2022, disitasi 4). Jurnal Ilmiah Psikologi Terapan https://doi.org/10.22219/jipt.v10i1.13572</w:t>
      </w:r>
    </w:p>
    <w:p>
      <w:pPr>
        <w:pStyle w:val="ListNumber"/>
      </w:pPr>
      <w:r>
        <w:t>Sentiment Analysis Analysis of E-Wallet Sentiments on Google Play Using the Naive Bayes Algorithm Based on Particle Swarm Optimization (2019, disitasi 26). Jurnal RESTI (Rekayasa Sistem dan Teknologi Informasi) https://doi.org/10.29207/resti.v3i3.1118</w:t>
      </w:r>
    </w:p>
    <w:p>
      <w:pPr>
        <w:pStyle w:val="ListNumber"/>
      </w:pPr>
      <w:r>
        <w:t>Analisis Kepuasan Gen Z Dalam Menggunakan QRIS Di Kota Pematangsiantar (2022, disitasi 16). Manajemen : Jurnal Ekonomi/Manajemen: Jurnal Ekonomi https://doi.org/10.36985/manajemen.v4i1.351</w:t>
      </w:r>
    </w:p>
    <w:p>
      <w:pPr>
        <w:pStyle w:val="ListNumber"/>
      </w:pPr>
      <w:r>
        <w:t>Analisis Faktor Adopsi E-Wallet Gopay, OVO, dan DANA dengan Model UTAUT2 pada Masyarakat Jawa Barat (2022, disitasi 19). Nominal Barometer Riset Akuntansi dan Manajemen https://doi.org/10.21831/nominal.v11i1.43075</w:t>
      </w:r>
    </w:p>
    <w:p>
      <w:pPr>
        <w:pStyle w:val="ListNumber"/>
      </w:pPr>
      <w:r>
        <w:t>Pengaruh persepsi kemudahan, kegunaan dan kepuasan terhadap loyalitas melalui kepercayaan nasabah pengguna mobile banking BCA (2022, disitasi 5). INOBIS Jurnal Inovasi Bisnis dan Manajemen Indonesia https://doi.org/10.31842/jurnalinobis.v6i1.258</w:t>
      </w:r>
    </w:p>
    <w:p>
      <w:pPr>
        <w:pStyle w:val="ListNumber"/>
      </w:pPr>
      <w:r>
        <w:t>Pengaruh Kualitas E-Service terhadap Kepuasan Pelanggan Pengguna E-Commerce Shopee (2023, disitasi 2). Kompeten Jurnal Ilmiah Ekonomi dan Bisnis https://doi.org/10.57141/kompeten.v2i1.56</w:t>
      </w:r>
    </w:p>
    <w:p>
      <w:pPr>
        <w:pStyle w:val="ListNumber"/>
      </w:pPr>
      <w:r>
        <w:t>Kepuasan Pengguna Layanan Shopee Food Menggunakan Algoritma Naive Bayes (2022, disitasi 1). JURNAL SISTEM INFORMASI BISNIS https://doi.org/10.21456/vol12iss2pp98-105</w:t>
      </w:r>
    </w:p>
    <w:p>
      <w:pPr>
        <w:pStyle w:val="ListNumber"/>
      </w:pPr>
      <w:r>
        <w:t>Analisis Pengaruh Sosial CRM Terhadap Loyalitas Customer Pada Layanan Pengguna Aplikasi DANA (2022, disitasi 3). JURNAL MEDIA INFORMATIKA BUDIDARMA https://doi.org/10.30865/mib.v6i2.3531</w:t>
      </w:r>
    </w:p>
    <w:p>
      <w:pPr>
        <w:pStyle w:val="ListNumber"/>
      </w:pPr>
      <w:r>
        <w:t>DETERMINAN KEPUASAN KEUANGAN (FINANCIAL SATISFACTION) BERBASIS LITERASI KEUANGAN PADA PENGGUNA FINTECH SHOPEEPAY (2022, disitasi 4). Jurnal Manajemen Terapan dan Keuangan https://doi.org/10.22437/jmk.v11i2.18848</w:t>
      </w:r>
    </w:p>
    <w:p>
      <w:pPr>
        <w:pStyle w:val="ListNumber"/>
      </w:pPr>
      <w:r>
        <w:t>Pengaruh E-Service Quality dan Experiential Marketing terhadap Kepuasan Pelanggan pada Pengguna E-Wallet ShopeePay di Kota Jambi (2022, disitasi 2). Jurnal Ilmiah Manajemen dan Kewirausahaan (JUMANAGE) https://doi.org/10.33998/jumanage.2022.1.2.94</w:t>
      </w:r>
    </w:p>
    <w:p>
      <w:pPr>
        <w:pStyle w:val="ListNumber"/>
      </w:pPr>
      <w:r>
        <w:t>PENERAPAN CUSTOMER RELATIONSHIP MANAGEMENT (CRM) SEBAGAI UPAYA MENINGKATKAN KEPUASAN DAN LOYALITAS PELANGGAN PADA GELORA MUKTI SPORT BERBASIS WEB (2019, disitasi 10). NUANSA INFORMATIKA https://doi.org/10.25134/nuansa.v13i2.1948</w:t>
      </w:r>
    </w:p>
    <w:p>
      <w:pPr>
        <w:pStyle w:val="ListNumber"/>
      </w:pPr>
      <w:r>
        <w:t>ANALISIS POSITIONING E-WALLET BERDASARKAN PERCEPTUAL MAPPING (2019, disitasi 6). SEIKO Journal of Management &amp; Business https://doi.org/10.37531/sejaman.v3i1.531</w:t>
      </w:r>
    </w:p>
    <w:p>
      <w:pPr>
        <w:pStyle w:val="ListNumber"/>
      </w:pPr>
      <w:r>
        <w:t>Analisis Faktor Kepuasan Pengguna Gopay dalam Digital Financial Management (2023, disitasi 1). Journal of Management and Social Sciences https://doi.org/10.55606/jimas.v2i1.219</w:t>
      </w:r>
    </w:p>
    <w:p>
      <w:pPr>
        <w:pStyle w:val="ListNumber"/>
      </w:pPr>
      <w:r>
        <w:t>Kualitas Layanan dan Harga terhadap Kepuasan Pelanggan: Studi Empiris pada Minuman dan Makanan (2023, disitasi 1). Jurnal Bisnis dan Kewirausahaan https://doi.org/10.31940/jbk.v19i2.139-150</w:t>
      </w:r>
    </w:p>
    <w:p>
      <w:pPr>
        <w:pStyle w:val="ListNumber"/>
      </w:pPr>
      <w:r>
        <w:t>Kualitas Pelayanan Aplikasi Dana Terhadap Kepuasan Konsumen (2021, disitasi 1). Journal of Integrated System https://doi.org/10.28932/jis.v4i2.3861</w:t>
      </w:r>
    </w:p>
    <w:p>
      <w:pPr>
        <w:pStyle w:val="ListNumber"/>
      </w:pPr>
      <w:r>
        <w:t>PENGARUH KEMUDAHAN DAN KEAMANAN TERHADAP LOYALITAS PELANGGAN E-WALLET APLIKASI DANA (2022, disitasi 6). Jurnal Pendidikan Ekonomi (JURKAMI) https://doi.org/10.31932/jpe.v7i3.2123</w:t>
      </w:r>
    </w:p>
    <w:p>
      <w:pPr>
        <w:pStyle w:val="ListNumber"/>
      </w:pPr>
      <w:r>
        <w:t>Faktor Pengaruh Minat Pengguna Financial Technology pada E-Wallet (Survei pada Pengguna Shopeepay) (2022, disitasi 1). COMSERVA Jurnal Penelitian dan Pengabdian Masyarakat https://doi.org/10.59141/comserva.v2i5.340</w:t>
      </w:r>
    </w:p>
    <w:p>
      <w:pPr>
        <w:pStyle w:val="ListNumber"/>
      </w:pPr>
      <w:r>
        <w:t>Analisis Komparatif E-Service Quality Pada E-Wallet, Ovo Dan Dana Di Kalangan Mahasiswa Fakultas Ekonomi Universitas Nias (2024, disitasi 1). Jurnal Ekonomi Bisnis Manajemen dan Akuntansi (JEBMA) https://doi.org/10.47709/jebma.v4i3.4748</w:t>
      </w:r>
    </w:p>
    <w:p>
      <w:pPr>
        <w:pStyle w:val="ListNumber"/>
      </w:pPr>
      <w:r>
        <w:t>Penggunaan Dompet Digital dan Wallet Terhadap Budaya Konsumtif pada Masyarakat di Kota Tangerang Serta Pandangan Syariah Tentang Etika Konsumsi (2022, disitasi 11). Al-Tasyree Jurnal Bisnis Keuangan dan Ekonomi Syariah https://doi.org/10.59833/altasyree.v14i01.710</w:t>
      </w:r>
    </w:p>
    <w:p>
      <w:pPr>
        <w:pStyle w:val="ListNumber"/>
      </w:pPr>
      <w:r>
        <w:t>Pengaruh E-Service Quality dan Enjoyment terhadap Repeat Usage E-Wallet Gopay Melalui Trust pada Generasi Milenial Di Surabaya (2021, disitasi 4). Jurnal Syntax Admiration https://doi.org/10.46799/jsa.v2i2.179</w:t>
      </w:r>
    </w:p>
    <w:p>
      <w:pPr>
        <w:pStyle w:val="ListNumber"/>
      </w:pPr>
      <w:r>
        <w:t>Persepsi Konsumen terhadap Kualitas Layanan Online GoFood (2024, disitasi 1). CONVERSE Journal Communication Science https://doi.org/10.47134/converse.v1i1.2854</w:t>
      </w:r>
    </w:p>
    <w:p>
      <w:pPr>
        <w:pStyle w:val="ListNumber"/>
      </w:pPr>
      <w:r>
        <w:t>Persepsi Pengguna OVO Terhadap Kepercayaan Pengguna Mobile Payment (2022, disitasi 2). Jurnal Manajemen Sains dan Organisasi https://doi.org/10.52300/jmso.v3i1.4218</w:t>
      </w:r>
    </w:p>
    <w:p>
      <w:pPr>
        <w:pStyle w:val="ListNumber"/>
      </w:pPr>
      <w:r>
        <w:t>Pengaruh E-Service Quality dan Electronic Word-Of-Mouth terhadap Repurchase Intention pada Pengguna E-Wallet Ovo di Kalangan Gen Z Kota Bandung (2026, disitasi 1). Bandung Conference Series Business and Management https://doi.org/10.29313/bcsbm.v6i1.23345</w:t>
      </w:r>
    </w:p>
    <w:p>
      <w:pPr>
        <w:pStyle w:val="ListNumber"/>
      </w:pPr>
      <w:r>
        <w:t>PREFERENSI GENERASI MILENIAL DALAM MENGGUNAKAN E-WALLET DI KOTA DENPASAR (2022, disitasi 4). E-Jurnal Ekonomi dan Bisnis Universitas Udayana https://doi.org/10.24843/eeb.2022.v11.i05.p07</w:t>
      </w:r>
    </w:p>
    <w:p>
      <w:pPr>
        <w:pStyle w:val="ListNumber"/>
      </w:pPr>
      <w:r>
        <w:t>Determinasi Loyalitas Pengguna E-Wallet di Kabupaten Bekasi: Peran Kepercayaan dan Persepsi Resiko (2026, disitasi 1). GLOBAL Jurnal Lentera BITEP https://doi.org/10.59422/global.v4i01.1174</w:t>
      </w:r>
    </w:p>
    <w:p>
      <w:pPr>
        <w:pStyle w:val="ListNumber"/>
      </w:pPr>
      <w:r>
        <w:t>PENGARUH KEMUDAHAN PENGGUNAAN DAN PROMOSI PENJUALAN TERHADAP KEPUTUSAN PENGGUNAAN E-WALLET DANA PADA MAHASISWA DI KOTA YOGYAKARTA (2023, disitasi 6). Jurnal Manajemen Dirgantara https://doi.org/10.56521/manajemen-dirgantara.v16i1.822</w:t>
      </w:r>
    </w:p>
    <w:p>
      <w:pPr>
        <w:pStyle w:val="ListNumber"/>
      </w:pPr>
      <w:r>
        <w:t>E-wallet Adoption in The Covid-19 Period: The Roles Of Perceived Benefits As Mediating Variabel (2023, disitasi 4). Jurnal Orientasi Bisnis dan Entrepreneurship (JOBS) https://doi.org/10.33476/jobs.v4i1.3604</w:t>
      </w:r>
    </w:p>
    <w:p>
      <w:pPr>
        <w:pStyle w:val="ListNumber"/>
      </w:pPr>
      <w:r>
        <w:t>Determinan Penggunaan E-Wallet Generasi Milenial Muslim (2023, disitasi 3). JURNAL LABATILA https://doi.org/10.33507/labatila.v6i02.1025</w:t>
      </w:r>
    </w:p>
    <w:p>
      <w:pPr>
        <w:pStyle w:val="ListNumber"/>
      </w:pPr>
      <w:r>
        <w:t>Faktor Yang Mempengaruhi Keberlanjutan Minat Pengguna Dalam Menggunakan Aplikasi Mhealth Melalui Variabel Satisfaction (2021, disitasi 7). Jurnal Bisnis dan Manajemen https://doi.org/10.26905/jbm.v8i1.5652</w:t>
      </w:r>
    </w:p>
    <w:p>
      <w:pPr>
        <w:pStyle w:val="ListNumber"/>
      </w:pPr>
      <w:r>
        <w:t>Analisis Penerimaan Pengguna E-Wallet DANA Menggunakan Metode TAM dan Delone Mclean (2024, disitasi 1). Journal of Information System Research (JOSH) https://doi.org/10.47065/josh.v5i4.5334</w:t>
      </w:r>
    </w:p>
    <w:p>
      <w:pPr>
        <w:pStyle w:val="ListNumber"/>
      </w:pPr>
      <w:r>
        <w:t>Faktor-Faktor yang Memengaruhi Kepuasan Konsumen Milenial pada E-Commerce di Indonesia (2022, disitasi 4). Indonesian Business Review https://doi.org/10.21632/ibr.5.2.156-173</w:t>
      </w:r>
    </w:p>
    <w:p>
      <w:pPr>
        <w:pStyle w:val="ListNumber"/>
      </w:pPr>
      <w:r>
        <w:t>PENGARUH BRAND IMAGE DAN PROMOSI TERHADAP KEPUTUSAN PENGGUNAAN E – WALLET (2022, disitasi 4). Jurnal ilmiah administrasi bisnis dan inovasi https://doi.org/10.25139/jiabi.v5i2.4191</w:t>
      </w:r>
    </w:p>
    <w:p>
      <w:pPr>
        <w:pStyle w:val="ListNumber"/>
      </w:pPr>
      <w:r>
        <w:t>UTAUT DAN KEPUASAN BERZAKAT MELALUI FINTECH: PERAN RELIGIOSITAS SEBAGAI VARIABEL MODERASI (2022, disitasi 5). REVENUE Jurnal Manajemen Bisnis Islam https://doi.org/10.24042/revenue.v3i2.13689</w:t>
      </w:r>
    </w:p>
    <w:p>
      <w:pPr>
        <w:pStyle w:val="ListNumber"/>
      </w:pPr>
      <w:r>
        <w:t>Pengaruh Komunikasi Interpersonal, Kampanye Sosial Media dan Citra Organisasi terhadap Kepuasan Konsumen di Bea Cukai Surakarta (2022, disitasi 7). Jurnal Ilmu Komunikasi https://doi.org/10.31315/jik.v20i2.6615</w:t>
      </w:r>
    </w:p>
    <w:p>
      <w:pPr>
        <w:pStyle w:val="ListNumber"/>
      </w:pPr>
      <w:r>
        <w:t>Pengaruh Financial Literacy dan Self Control terhadap Financial Behavior Pengguna Aplikasi E-Wallet (2024, disitasi 1). Jurnal Manajemen Bisnis Era Digital https://doi.org/10.61132/jumabedi.v1i3.287</w:t>
      </w:r>
    </w:p>
    <w:p>
      <w:pPr>
        <w:pStyle w:val="ListNumber"/>
      </w:pPr>
      <w:r>
        <w:t>PENGARUH PERSEPSI KEMUDAHAN TERHADAP MINAT GUNA MELALUI KEPERCAYAAN PADA PENGGUNA DOMPET DIGITAL GOPAY (2022, disitasi 5). CAPITAL JURNAL EKONOMI DAN MANAJEMEN https://doi.org/10.25273/capital.v5i2.12022</w:t>
      </w:r>
    </w:p>
    <w:p>
      <w:pPr>
        <w:pStyle w:val="ListNumber"/>
      </w:pPr>
      <w:r>
        <w:t>Analisis Penerimaan Pengguna DANA Sebagai Media Pembayaran Pada Marketplace Lazada Menggunakan TAM (2021, disitasi 7). IJCIT (Indonesian Journal on Computer and Information Technology) https://doi.org/10.31294/ijcit.v6i2.9477</w:t>
      </w:r>
    </w:p>
    <w:p>
      <w:pPr>
        <w:pStyle w:val="ListNumber"/>
      </w:pPr>
      <w:r>
        <w:t>Hybrid Model Of Structural Equation Modeling Pls And Rfm (Recency, Frequency And Monetary) Model To Improve Bank Average Balance (2021, disitasi 57). Aptisi Transactions On Technopreneurship (ATT) https://doi.org/10.34306/att.v4i1.221</w:t>
      </w:r>
    </w:p>
    <w:p>
      <w:pPr>
        <w:pStyle w:val="ListNumber"/>
      </w:pPr>
      <w:r>
        <w:t>Evaluasi Faktor Penerimaan Pengguna Terhadap Layanan QRIS Pada Generasi Z Menggunakan Modifikasi TAM (2025, disitasi 1). Jurnal Pendidikan dan Teknologi Indonesia https://doi.org/10.52436/1.jpti.781</w:t>
      </w:r>
    </w:p>
    <w:p>
      <w:pPr>
        <w:pStyle w:val="ListNumber"/>
      </w:pPr>
      <w:r>
        <w:t>Pengaruh Relative Advantage, Compatibility, Complexity, Observability Dan Trialability Terhadap Intention To Use Pada E-Wallet Dana (2023, disitasi 4). JURNAL LENTERA BISNIS https://doi.org/10.34127/jrlab.v12i2.780</w:t>
      </w:r>
    </w:p>
    <w:p>
      <w:pPr>
        <w:pStyle w:val="ListNumber"/>
      </w:pPr>
      <w:r>
        <w:t>Pengaruh Kemudahan Penggunaan dan Keamanan Transaksi terhadap Loyalitas Pengguna dengan Kepuasan Pengguna sebagai Variabel Mediasi pada Platform E-Commerce Shopee (2025, disitasi 1). PENG Jurnal Ekonomi dan Manajemen https://doi.org/10.62710/m2wzzs23</w:t>
      </w:r>
    </w:p>
    <w:p>
      <w:pPr>
        <w:pStyle w:val="ListNumber"/>
      </w:pPr>
      <w:r>
        <w:t>Analisis Perbedaan Kepuasan Konsumen Pada Pengguna E-Commerce Lazada Di Wilayah Jakarta Timur (2023, disitasi 1). ProBank: Jurnal Ekonomi dan Perbankan/ProBank: jurnal ekonomi dan perbankan https://doi.org/10.36587/probank.v7i2.1341</w:t>
      </w:r>
    </w:p>
    <w:p>
      <w:pPr>
        <w:pStyle w:val="Heading2"/>
      </w:pPr>
      <w:r>
        <w:t>5. Peringatan</w:t>
      </w:r>
    </w:p>
    <w:p>
      <w:r>
        <w:t>Angka = deterministik (plspm + scipy) + cross-validation CB-SEM ML (semopy). LLM tidak menghitung angka.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