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Lampiran Riset: Pengaruh Kualitas Layanan terhadap Kepuasan Pelanggan</w:t>
      </w:r>
    </w:p>
    <w:p>
      <w:r>
        <w:t>Paket reproduksi ResearchOps. Veredik: belum_ada_celah_jelas. Verifikasi: PLS-PM vs CB-SEM ML: 1 jalur, semua searah, selisih maks 0.013537. Kriteria: {"selisih_maks": 0.2, "selisih_rel": 0.25, "arah": "tanda koefisien harus sama", "catatan": "kriteria dibuka, tidak disesuaikan agar hasil terlihat bagus"}. Angka dihitung deterministik (plspm + semopy).</w:t>
      </w:r>
    </w:p>
    <w:p>
      <w:pPr>
        <w:pStyle w:val="Heading2"/>
      </w:pPr>
      <w:r>
        <w:t>1. Sertifikat Kebaruan</w:t>
      </w:r>
    </w:p>
    <w:p>
      <w:r>
        <w:t>98345 karya relevan sudah ada. Riset ini BERISIKO duplikasi; sarankan memperluas variabel/konteks sebelum lanjut. (veredik deterministik tanpa LLM — minta analisis LLM untuk narasi detail)</w:t>
      </w:r>
    </w:p>
    <w:p>
      <w:r>
        <w:t>Jumlah literatur: 98345</w:t>
      </w:r>
    </w:p>
    <w:p>
      <w:pPr>
        <w:pStyle w:val="Heading2"/>
      </w:pPr>
      <w:r>
        <w:t>2. Model Struktural</w:t>
      </w:r>
    </w:p>
    <w:tbl>
      <w:tblPr>
        <w:tblStyle w:val="Light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Koefisien jalur</w:t>
            </w:r>
          </w:p>
        </w:tc>
        <w:tc>
          <w:tcPr>
            <w:tcW w:type="dxa" w:w="4320"/>
          </w:tcPr>
          <w:p>
            <w:r>
              <w:t>Nilai</w:t>
            </w:r>
          </w:p>
        </w:tc>
      </w:tr>
      <w:tr>
        <w:tc>
          <w:tcPr>
            <w:tcW w:type="dxa" w:w="4320"/>
          </w:tcPr>
          <w:p>
            <w:r>
              <w:t>X-&gt;Y</w:t>
            </w:r>
          </w:p>
        </w:tc>
        <w:tc>
          <w:tcPr>
            <w:tcW w:type="dxa" w:w="4320"/>
          </w:tcPr>
          <w:p>
            <w:r>
              <w:t>0,9681</w:t>
            </w:r>
          </w:p>
        </w:tc>
      </w:tr>
    </w:tbl>
    <w:p>
      <w:r>
        <w:t>R-kuadrat: X = 0,0000, Y = 0,9372</w:t>
      </w:r>
    </w:p>
    <w:p>
      <w:pPr>
        <w:pStyle w:val="Heading2"/>
      </w:pPr>
      <w:r>
        <w:t>3. Kualitas Model</w:t>
      </w:r>
    </w:p>
    <w:p>
      <w:r>
        <w:t>HTMT (&lt;0,85 baik): X&lt;-&gt;Y=1,005</w:t>
      </w:r>
    </w:p>
    <w:p>
      <w:r>
        <w:t>f-kuadrat (Cohen 0,02/0,15/0,35): X=14,931</w:t>
      </w:r>
    </w:p>
    <w:p>
      <w:pPr>
        <w:pStyle w:val="Heading2"/>
      </w:pPr>
      <w:r>
        <w:t>4. Literatur</w:t>
      </w:r>
    </w:p>
    <w:p>
      <w:pPr>
        <w:pStyle w:val="ListNumber"/>
      </w:pPr>
      <w:r>
        <w:t>Pengaruh kualitas Layanan Dan Kualitas Produk Terhadap Kepuasan Pelanggan (2020, disitasi 46). Tata Kelola https://doi.org/10.52103/tatakelola.v7i2.174</w:t>
      </w:r>
    </w:p>
    <w:p>
      <w:pPr>
        <w:pStyle w:val="ListNumber"/>
      </w:pPr>
      <w:r>
        <w:t>PENGARUH KUALITAS LAYANAN, KUALITAS PRODUK TERHADAP KEPUASAN PELANGGAN DALAM MEMBENTUK LOYALITAS PELANGGAN (2022, disitasi 49). Equilibrium Jurnal Penelitian Pendidikan dan Ekonomi https://doi.org/10.25134/equi.v19i02.4531</w:t>
      </w:r>
    </w:p>
    <w:p>
      <w:pPr>
        <w:pStyle w:val="ListNumber"/>
      </w:pPr>
      <w:r>
        <w:t>PENINGKATAN KEPUASAN PELANGGAN MELALUI KUALITAS PRODUK DAN KUALITAS LAYANAN (2013, disitasi 38). DOAJ (DOAJ: Directory of Open Access Journals) https://doi.org/10.15294/jdm.v4i2.2756</w:t>
      </w:r>
    </w:p>
    <w:p>
      <w:pPr>
        <w:pStyle w:val="ListNumber"/>
      </w:pPr>
      <w:r>
        <w:t>Pengaruh Kualitas Layanan terhadap Kepuasan Pelanggan dalam Membentuk Loyalitas Pelanggan (2011, disitasi 313).  https://doi.org/10.20476/jbb.v17i2.632</w:t>
      </w:r>
    </w:p>
    <w:p>
      <w:pPr>
        <w:pStyle w:val="ListNumber"/>
      </w:pPr>
      <w:r>
        <w:t>Pengaruh Kualitas Layanan terhadap Kepuasan Pelanggan Noach Cafe And Bistro (2019, disitasi 94).</w:t>
      </w:r>
    </w:p>
    <w:p>
      <w:pPr>
        <w:pStyle w:val="ListNumber"/>
      </w:pPr>
      <w:r>
        <w:t>Strategi Promosi, Kualitas Produk, Kualitas Layanan terhadap Kepuasan Pelanggan pada Restoran Mcdonald's Manado (2013, disitasi 47). JURNAL RISET EKONOMI, MANAJEMEN, BISNIS DAN AKUNTANSI</w:t>
      </w:r>
    </w:p>
    <w:p>
      <w:pPr>
        <w:pStyle w:val="ListNumber"/>
      </w:pPr>
      <w:r>
        <w:t>Pengaruh kualitas Layanan Dan Kualitas Produk Terhadap Kepuasan Pelanggan (2024, disitasi 5). Tata Kelola https://doi.org/10.52103/jtk.v11i2.174</w:t>
      </w:r>
    </w:p>
    <w:p>
      <w:pPr>
        <w:pStyle w:val="ListNumber"/>
      </w:pPr>
      <w:r>
        <w:t>DETERMINAN KEPUASAN PELANGGAN: KUALITAS LAYANAN DAN HARGA (2025, disitasi 0). Media Komunikasi Ilmu Ekonomi https://doi.org/10.58906/melati.v41i1.171</w:t>
      </w:r>
    </w:p>
    <w:p>
      <w:pPr>
        <w:pStyle w:val="ListNumber"/>
      </w:pPr>
      <w:r>
        <w:t>KUALITAS LAYANAN DAN KEPUASAN SERTA PENGARUHNYA TERHADAP LOYALITAS PELANGGAN (2020, disitasi 23). Jurnal Ilmiah Bina Manajemen https://doi.org/10.33557/jibm.v3i1.826</w:t>
      </w:r>
    </w:p>
    <w:p>
      <w:pPr>
        <w:pStyle w:val="ListNumber"/>
      </w:pPr>
      <w:r>
        <w:t>Pengaruh Kualitas Produk dan Kualitas Layanan Terhadap Kepuasan Pelanggan (2024, disitasi 1). KarismaPro https://doi.org/10.53675/karismapro.v15i1.1331</w:t>
      </w:r>
    </w:p>
    <w:p>
      <w:pPr>
        <w:pStyle w:val="ListNumber"/>
      </w:pPr>
      <w:r>
        <w:t>Kualitas Layanan terhadap Kepuasan Pelanggan (2022, disitasi 3). BUDGETING Journal of Business Management and Accounting https://doi.org/10.31539/budgeting.v3i2.3953</w:t>
      </w:r>
    </w:p>
    <w:p>
      <w:pPr>
        <w:pStyle w:val="ListNumber"/>
      </w:pPr>
      <w:r>
        <w:t>Pengaruh Kualitas Layanan terhadap Kepuasan Pelanggan Restoran Ayam Penyet Ria (2013, disitasi 36). Jurnal Strategi Pemasaran</w:t>
      </w:r>
    </w:p>
    <w:p>
      <w:pPr>
        <w:pStyle w:val="ListNumber"/>
      </w:pPr>
      <w:r>
        <w:t>Analisis Kualitas Layanan terhadap Kepuasan Pelanggan Gojek (2026, disitasi 0). YUME : Journal of Management https://doi.org/10.37531/yume.v9i1.11410</w:t>
      </w:r>
    </w:p>
    <w:p>
      <w:pPr>
        <w:pStyle w:val="ListNumber"/>
      </w:pPr>
      <w:r>
        <w:t>Pengaruh Harga, Kualitas Produk, Dan Kualitas Layanan Terhadap Kepuasan Pelanggan (2022, disitasi 0). EMaBi: Ekonomi Dan Manajemen Bisnis</w:t>
      </w:r>
    </w:p>
    <w:p>
      <w:pPr>
        <w:pStyle w:val="ListNumber"/>
      </w:pPr>
      <w:r>
        <w:t>ANALISIS PENGARUH KUALITAS LAYANAN DAN HARGA TERHADAP KEPUASAN PELANGGAN (2018, disitasi 19). Jurnal Mitra Manajemen https://doi.org/10.52160/ejmm.v2i5.157</w:t>
      </w:r>
    </w:p>
    <w:p>
      <w:pPr>
        <w:pStyle w:val="ListNumber"/>
      </w:pPr>
      <w:r>
        <w:t>Pengaruh Kualitas Produk, Promosi dan Kualitas Layanan Terhadap Kepuasan Pelanggan (2025, disitasi 2). RIGGS Journal of Artificial Intelligence and Digital Business https://doi.org/10.31004/riggs.v4i3.2131</w:t>
      </w:r>
    </w:p>
    <w:p>
      <w:pPr>
        <w:pStyle w:val="ListNumber"/>
      </w:pPr>
      <w:r>
        <w:t>PENGARUH KUALITAS LAYANAN, HARGA DAN KUALITAS PRODUK TERHADAP KEPUASAN PELANGGAN (2026, disitasi 0). Soetomo Management Review</w:t>
      </w:r>
    </w:p>
    <w:p>
      <w:pPr>
        <w:pStyle w:val="ListNumber"/>
      </w:pPr>
      <w:r>
        <w:t>Pengaruh Kualitas Layanan Terhadap Kepuasan Pelanggan (2020, disitasi 0). Jurnal Mirai Management https://doi.org/10.37531/mirai.v5i3.2745</w:t>
      </w:r>
    </w:p>
    <w:p>
      <w:pPr>
        <w:pStyle w:val="ListNumber"/>
      </w:pPr>
      <w:r>
        <w:t>Pengaruh Kualitas Layanan, Harga dan Kepuasan Pelanggan Terhadap Kepuasan Pelanggan (2025, disitasi 0). Journal of Economy Business Development https://doi.org/10.56326/jebd.v3i3.3034</w:t>
      </w:r>
    </w:p>
    <w:p>
      <w:pPr>
        <w:pStyle w:val="ListNumber"/>
      </w:pPr>
      <w:r>
        <w:t>Pengaruh Dimensi Kualitas Layanan Terhadap Kepuasan Pelanggan Indihome Triple Play (2018, disitasi 23). E-Jurnal Manajemen Universitas Udayana https://doi.org/10.24843/ejmunud.2018.v7.i03.p06</w:t>
      </w:r>
    </w:p>
    <w:p>
      <w:pPr>
        <w:pStyle w:val="ListNumber"/>
      </w:pPr>
      <w:r>
        <w:t>ASPEK TERPENTING KUALITAS LAYANAN DALAM MENINGKATKAN KEPUASAN PELANGGAN (2021, disitasi 2). Jurnal Manajemen dan Profesional https://doi.org/10.32815/jpro.v2i1.1081</w:t>
      </w:r>
    </w:p>
    <w:p>
      <w:pPr>
        <w:pStyle w:val="ListNumber"/>
      </w:pPr>
      <w:r>
        <w:t>Pengaruh Kualitas Layanan dan Kualitas Produk Terhadap Kepuasan Pelanggan dan Loyalitas Konsumen Restoran Happy Garden (2014, disitasi 52). Jurnal Strategi Pemasaran</w:t>
      </w:r>
    </w:p>
    <w:p>
      <w:pPr>
        <w:pStyle w:val="ListNumber"/>
      </w:pPr>
      <w:r>
        <w:t>Pengaruh Kualitas Layanan terhadap Kepuasan Pelanggan (2011, disitasi 12).</w:t>
      </w:r>
    </w:p>
    <w:p>
      <w:pPr>
        <w:pStyle w:val="ListNumber"/>
      </w:pPr>
      <w:r>
        <w:t>PERAN KEPUASAN PELANGGAN DALAM MEMEDIASI PENGARUH KUALITAS LAYANAN TERHADAP LOYALITAS PELANGGAN (2018, disitasi 8). E-Jurnal Manajemen Universitas Udayana https://doi.org/10.24843/ejmunud.2019.v08.i01.p18</w:t>
      </w:r>
    </w:p>
    <w:p>
      <w:pPr>
        <w:pStyle w:val="ListNumber"/>
      </w:pPr>
      <w:r>
        <w:t>Pengaruh Kualitas Layanan dan Kepuasan Pelanggan Terhadap Loyalitas Pelanggan Indihome (2026, disitasi 0). JIBEMA Jurnal Ilmu Bisnis Ekonomi Manajemen dan Akuntansi https://doi.org/10.62421/jibema.v4i1.498</w:t>
      </w:r>
    </w:p>
    <w:p>
      <w:pPr>
        <w:pStyle w:val="ListNumber"/>
      </w:pPr>
      <w:r>
        <w:t>PENGARUH KUALITAS LAYANAN DAN KEPUASAN PELANGGAN TERHADAP LOYALITAS PELANGGAN PERPUSTAKAAN (2014, disitasi 1).</w:t>
      </w:r>
    </w:p>
    <w:p>
      <w:pPr>
        <w:pStyle w:val="ListNumber"/>
      </w:pPr>
      <w:r>
        <w:t>PENGARUH KUALITAS LAYANAN DAN WORD OF MOUTH TERHADAP KEPUASAN PELANGGAN LEMBAGA BIMBINGAN BELAJAR AHE BENDUNGAN: Kualitas Layanan, Word Of Mouth, Kepuasan Pelanggan (2024, disitasi 0). eBA Journal Journal Economic Bussines and Accounting</w:t>
      </w:r>
    </w:p>
    <w:p>
      <w:pPr>
        <w:pStyle w:val="ListNumber"/>
      </w:pPr>
      <w:r>
        <w:t>Analisis Kualitas Layanan, Kepercayaan Merek dan Kepuasan Pelanggan terhadap Kualitas Logistik (2023, disitasi 1). Jurnal Humaniora Ekonomi Syariah dan Muamalah https://doi.org/10.38035/jhesm.v1i2.205</w:t>
      </w:r>
    </w:p>
    <w:p>
      <w:pPr>
        <w:pStyle w:val="ListNumber"/>
      </w:pPr>
      <w:r>
        <w:t>KUALITAS LAYANAN GIANT SUPERMARKET BENGKULU TERHADAP KEPUASAN PELANGGAN (2009, disitasi 0).</w:t>
      </w:r>
    </w:p>
    <w:p>
      <w:pPr>
        <w:pStyle w:val="ListNumber"/>
      </w:pPr>
      <w:r>
        <w:t>PENGARUH KUALITAS LAYANAN TERHADAP KEPUASAN PELANGGAN DALAM MEMBENTUK LOYALITAS PELANGGAN (2018, disitasi 1).</w:t>
      </w:r>
    </w:p>
    <w:p>
      <w:pPr>
        <w:pStyle w:val="ListNumber"/>
      </w:pPr>
      <w:r>
        <w:t>Pengaruh Kualitas Layanan, Harga dan Kepuasan Pelanggan terhadap Loyalitas Pelanggan (2026, disitasi 0). MUARO RESEARCH Multidisciplinary Advanced Research Opportunity Journal https://doi.org/10.38035/muaro.v1i2.42</w:t>
      </w:r>
    </w:p>
    <w:p>
      <w:pPr>
        <w:pStyle w:val="ListNumber"/>
      </w:pPr>
      <w:r>
        <w:t>Pengaruh Bauran Pemasaran, Kualitas Layanan dan Kualitas Produk terhadap Kepuasan Pelanggan (2026, disitasi 0). Jurnal Disrupsi Bisnis https://doi.org/10.32493/drb.v9i2.58984</w:t>
      </w:r>
    </w:p>
    <w:p>
      <w:pPr>
        <w:pStyle w:val="ListNumber"/>
      </w:pPr>
      <w:r>
        <w:t>PERAN KEPUASAN PELANGGAN DALAM MEMEDIASI PENGARUH KUALITAS LAYANAN TERHADAP LOYALITAS PELANGGAN (2023, disitasi 0). E-Jurnal Manajemen Universitas Udayana https://doi.org/10.24843/ejmunud.2023.v12.i09.p01</w:t>
      </w:r>
    </w:p>
    <w:p>
      <w:pPr>
        <w:pStyle w:val="ListNumber"/>
      </w:pPr>
      <w:r>
        <w:t>Pengaruh Kualitas Produk, Kualitas Layanan Dan Store Atmosphere Terhadap Kepuasan Pelanggan (2024, disitasi 0). Management Studies and Entrepreneurship Journal (MSEJ) https://doi.org/10.37385/msej.v5i1.4169</w:t>
      </w:r>
    </w:p>
    <w:p>
      <w:pPr>
        <w:pStyle w:val="ListNumber"/>
      </w:pPr>
      <w:r>
        <w:t>Pengaruh kualitas layanan terhadap kepuasan pelanggan dan loyalitas pelanggan (2020, disitasi 19). Jurnal Pustakawan Indonesia https://doi.org/10.29244/jpi.18.1.42-53</w:t>
      </w:r>
    </w:p>
    <w:p>
      <w:pPr>
        <w:pStyle w:val="ListNumber"/>
      </w:pPr>
      <w:r>
        <w:t>Pengaruh Kualitas Layanan Servqual Terhadap Kepuasan Pelanggan Kopi Kenangan (2026, disitasi 0). EKOMA Jurnal Ekonomi Manajemen Akuntansi https://doi.org/10.56799/ekoma.v5i5.17454</w:t>
      </w:r>
    </w:p>
    <w:p>
      <w:pPr>
        <w:pStyle w:val="ListNumber"/>
      </w:pPr>
      <w:r>
        <w:t>PENGARUH KUALITAS PRODUK DAN KUALITAS LAYANAN TERHADAP KEPUASAN PELANGGAN (2017, disitasi 13). Jurnal Manajemen Bisnis Krisnadwipayana https://doi.org/10.35137/jmbk.v5i3.160</w:t>
      </w:r>
    </w:p>
    <w:p>
      <w:pPr>
        <w:pStyle w:val="ListNumber"/>
      </w:pPr>
      <w:r>
        <w:t>PERAN KEPUASAN PELANGGAN DALAM MEMEDIASI PENGARUH KUALITAS PRODUK DAN KUALITAS LAYANAN TERHADAP LOYALITAS PELANGGAN (2020, disitasi 4).</w:t>
      </w:r>
    </w:p>
    <w:p>
      <w:pPr>
        <w:pStyle w:val="ListNumber"/>
      </w:pPr>
      <w:r>
        <w:t>Pengaruh Kualitas Layanan Terhadap Kepuasan Pelanggan Dan Loyalitas Pelanggan Indovision (2015, disitasi 0). eProceedings of Management</w:t>
      </w:r>
    </w:p>
    <w:p>
      <w:pPr>
        <w:pStyle w:val="ListNumber"/>
      </w:pPr>
      <w:r>
        <w:t>Peningkatan Kualitas Layanan untuk Kepuasan Pelanggan Hotel (2018, disitasi 15).  https://doi.org/10.31227/osf.io/54xru</w:t>
      </w:r>
    </w:p>
    <w:p>
      <w:pPr>
        <w:pStyle w:val="ListNumber"/>
      </w:pPr>
      <w:r>
        <w:t>PENGARUH KUALITAS LAYANAN TERHADAP KEPUASAN PELANGGAN MAXXIKLIN SURABAYA (2017, disitasi 0). Jurnal Hospitality dan Manajemen Jasa</w:t>
      </w:r>
    </w:p>
    <w:p>
      <w:pPr>
        <w:pStyle w:val="ListNumber"/>
      </w:pPr>
      <w:r>
        <w:t>Peran Kualitas Produk, Harga Dan Kualitas Layanan Terhadap Kepuasan Pelanggan Billagio Skincare Clinic Sidoarjo (2017, disitasi 11). EKONIKA Jurnal Ekonomi Universitas Kadiri https://doi.org/10.30737/ekonika.v1i1.7</w:t>
      </w:r>
    </w:p>
    <w:p>
      <w:pPr>
        <w:pStyle w:val="ListNumber"/>
      </w:pPr>
      <w:r>
        <w:t>PENGARUH KUALITAS LAYANAN DAN CITRA PERUSAHAAN TERHADAP KEPUASAN PELANGGANPENGARUH KUALITAS LAYANAN DAN CITRA PERUSAHAAN TERHADAP KEPUASAN PELANGGANPENGARUH KUALITAS LAYANAN DAN CITRA PERUSAHAAN TERHADAP KEPUASAN PELANGGAN (2014, disitasi 0).</w:t>
      </w:r>
    </w:p>
    <w:p>
      <w:pPr>
        <w:pStyle w:val="ListNumber"/>
      </w:pPr>
      <w:r>
        <w:t>PENGARUH KUALITAS LAYANAN TERHADAP KEPUASAN PELANGGAN (2024, disitasi 0). Jurnal Bisnis &amp; Manajemen</w:t>
      </w:r>
    </w:p>
    <w:p>
      <w:pPr>
        <w:pStyle w:val="ListNumber"/>
      </w:pPr>
      <w:r>
        <w:t>Pengaruh Kualitas Layanan Dan Harga Terhadap Loyalitas Pelanggan Melalui Kepuasan Pelanggan (2026, disitasi 0). YUME : Journal of Management https://doi.org/10.37531/yume.v9i1.11076</w:t>
      </w:r>
    </w:p>
    <w:p>
      <w:pPr>
        <w:pStyle w:val="ListNumber"/>
      </w:pPr>
      <w:r>
        <w:t>Pengaruh Kualitas Layanan dan Harga terhadap Loyalitas Pelanggan melalui Kepuasan Pelanggan pada Hotel Kasuari (2019, disitasi 28).</w:t>
      </w:r>
    </w:p>
    <w:p>
      <w:pPr>
        <w:pStyle w:val="ListNumber"/>
      </w:pPr>
      <w:r>
        <w:t>PENGARUH KUALITAS LAYANAN POSPAY DAN PROMOSI TERHADAP KEPUASAN PELANGGAN (2026, disitasi 0). JURNAL ILMIAH ILMU EKONOMI DAN MANAJEMEN INDONESIA https://doi.org/10.67506/a2512q66</w:t>
      </w:r>
    </w:p>
    <w:p>
      <w:pPr>
        <w:pStyle w:val="ListNumber"/>
      </w:pPr>
      <w:r>
        <w:t>Optimalisasi Peningkatan Kualitas Produk Dan Kualitas Layanan Dalam Meningkatkan Kepuasan Pelanggan Indihome (2024, disitasi 0). Management Studies and Entrepreneurship Journal (MSEJ) https://doi.org/10.37385/msej.v5i2.4724</w:t>
      </w:r>
    </w:p>
    <w:p>
      <w:pPr>
        <w:pStyle w:val="ListNumber"/>
      </w:pPr>
      <w:r>
        <w:t>Meningkatkan Kepuasan Pelanggan Dengan Mempertimbangkan Kualitas Layanan Dan Harga (2018, disitasi 2). Zenodo (CERN European Organization for Nuclear Research) https://doi.org/10.5281/zenodo.1211891</w:t>
      </w:r>
    </w:p>
    <w:p>
      <w:pPr>
        <w:pStyle w:val="ListNumber"/>
      </w:pPr>
      <w:r>
        <w:t>Pengaruh Kualitas Layanan terhadap Kepuasan Pelanggan Indomaret di Surabaya (2009, disitasi 0). Ubaya Repository (University of Surabaya)</w:t>
      </w:r>
    </w:p>
    <w:p>
      <w:pPr>
        <w:pStyle w:val="Heading2"/>
      </w:pPr>
      <w:r>
        <w:t>5. Peringatan</w:t>
      </w:r>
    </w:p>
    <w:p>
      <w:pPr>
        <w:pStyle w:val="ListBullet"/>
      </w:pPr>
      <w:r>
        <w:t>[warning] SEM-PLS dengan n=20 &lt; 30 — estimasi sangat tidak stabil.</w:t>
      </w:r>
    </w:p>
    <w:p>
      <w:pPr>
        <w:pStyle w:val="ListBullet"/>
      </w:pPr>
      <w:r>
        <w:t>[warning] n=20 &lt; 30 — hasil statistik berisiko tidak signifikan secara power.</w:t>
      </w:r>
    </w:p>
    <w:p>
      <w:r>
        <w:t>Angka = deterministik (plspm + scipy) + cross-validation CB-SEM ML (semopy). LLM tidak menghitung angka.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